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84198" w14:textId="77777777" w:rsidR="002B6A3F" w:rsidRPr="00C04CC8" w:rsidRDefault="002B6A3F" w:rsidP="00A56C28">
      <w:pPr>
        <w:rPr>
          <w:sz w:val="8"/>
          <w:szCs w:val="8"/>
          <w:lang w:val="it-IT"/>
        </w:rPr>
      </w:pPr>
    </w:p>
    <w:p w14:paraId="7856540D" w14:textId="2BCF0825" w:rsidR="00A56C28" w:rsidRDefault="002B6A3F" w:rsidP="00A56C28">
      <w:pPr>
        <w:rPr>
          <w:lang w:val="it-IT"/>
        </w:rPr>
      </w:pPr>
      <w:r w:rsidRPr="000C1931">
        <w:rPr>
          <w:lang w:val="it-IT"/>
        </w:rPr>
        <w:t>Cognome____________________________ Nome____________________________ Data__________________</w:t>
      </w:r>
    </w:p>
    <w:p w14:paraId="090EAE07" w14:textId="77777777" w:rsidR="00A56C28" w:rsidRPr="00A56C28" w:rsidRDefault="00A56C28" w:rsidP="00A56C28">
      <w:pPr>
        <w:numPr>
          <w:ilvl w:val="0"/>
          <w:numId w:val="11"/>
        </w:numPr>
        <w:rPr>
          <w:lang w:val="it-IT"/>
        </w:rPr>
      </w:pPr>
      <w:r w:rsidRPr="00A56C28">
        <w:rPr>
          <w:lang w:val="it-IT"/>
        </w:rPr>
        <w:t>Qual è il ruolo principale del preposto nella sicurezza sul lavoro?</w:t>
      </w:r>
    </w:p>
    <w:p w14:paraId="1336EE28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a) Pianificare la formazione aziendale</w:t>
      </w:r>
    </w:p>
    <w:p w14:paraId="3D5B1D11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b) Vigilare sull’applicazione delle misure di sicurezza da parte dei lavoratori</w:t>
      </w:r>
    </w:p>
    <w:p w14:paraId="6B76F947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c) Redigere il DVR</w:t>
      </w:r>
    </w:p>
    <w:p w14:paraId="4E460C68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d) Coordinare le emergenze mediche</w:t>
      </w:r>
    </w:p>
    <w:p w14:paraId="7056D61C" w14:textId="77777777" w:rsidR="00A56C28" w:rsidRPr="000C1931" w:rsidRDefault="00A56C28" w:rsidP="00A56C28">
      <w:pPr>
        <w:numPr>
          <w:ilvl w:val="0"/>
          <w:numId w:val="11"/>
        </w:numPr>
        <w:rPr>
          <w:lang w:val="it-IT"/>
        </w:rPr>
      </w:pPr>
      <w:r w:rsidRPr="000C1931">
        <w:rPr>
          <w:lang w:val="it-IT"/>
        </w:rPr>
        <w:t>Secondo il nuovo accordo 2025, ogni preposto deve ricevere formazione specifica almeno ogni:</w:t>
      </w:r>
    </w:p>
    <w:p w14:paraId="4E60D254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a) 2 anni</w:t>
      </w:r>
    </w:p>
    <w:p w14:paraId="7371B88E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b) 5 anni</w:t>
      </w:r>
    </w:p>
    <w:p w14:paraId="6CC209D5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c) 4 anni</w:t>
      </w:r>
    </w:p>
    <w:p w14:paraId="6B002018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d) 3 anni</w:t>
      </w:r>
    </w:p>
    <w:p w14:paraId="1BD1EE01" w14:textId="77777777" w:rsidR="00A56C28" w:rsidRPr="000C1931" w:rsidRDefault="00A56C28" w:rsidP="00A56C28">
      <w:pPr>
        <w:numPr>
          <w:ilvl w:val="0"/>
          <w:numId w:val="11"/>
        </w:numPr>
        <w:rPr>
          <w:lang w:val="it-IT"/>
        </w:rPr>
      </w:pPr>
      <w:r w:rsidRPr="000C1931">
        <w:rPr>
          <w:lang w:val="it-IT"/>
        </w:rPr>
        <w:t>Secondo il nuovo accordo, la formazione del preposto deve includere:</w:t>
      </w:r>
    </w:p>
    <w:p w14:paraId="5FA45A1A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a) Solo norme generali sulla sicurezza</w:t>
      </w:r>
    </w:p>
    <w:p w14:paraId="3F218B0F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b) Normativa vigente, gestione delle emergenze, tecniche di comunicazione e motivazione</w:t>
      </w:r>
    </w:p>
    <w:p w14:paraId="04E0A2B5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c) Solo procedure antincendio</w:t>
      </w:r>
    </w:p>
    <w:p w14:paraId="38CEAE94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d) Solo uso dei DPI</w:t>
      </w:r>
    </w:p>
    <w:p w14:paraId="1C1ED8B6" w14:textId="77777777" w:rsidR="00A56C28" w:rsidRPr="000C1931" w:rsidRDefault="00A56C28" w:rsidP="00A56C28">
      <w:pPr>
        <w:numPr>
          <w:ilvl w:val="0"/>
          <w:numId w:val="11"/>
        </w:numPr>
        <w:rPr>
          <w:lang w:val="it-IT"/>
        </w:rPr>
      </w:pPr>
      <w:r w:rsidRPr="000C1931">
        <w:rPr>
          <w:lang w:val="it-IT"/>
        </w:rPr>
        <w:t>La formazione per preposti deve essere erogata da:</w:t>
      </w:r>
    </w:p>
    <w:p w14:paraId="666C8659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a) Qualsiasi dipendente</w:t>
      </w:r>
    </w:p>
    <w:p w14:paraId="6C6AE211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b) Formatori qualificati e accreditati</w:t>
      </w:r>
    </w:p>
    <w:p w14:paraId="5B6F88EE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c) Il datore di lavoro senza requisiti specifici</w:t>
      </w:r>
    </w:p>
    <w:p w14:paraId="60E4FBE2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d) Il medico competente</w:t>
      </w:r>
    </w:p>
    <w:p w14:paraId="432DFC99" w14:textId="77777777" w:rsidR="00C04CC8" w:rsidRDefault="00C04CC8">
      <w:pPr>
        <w:rPr>
          <w:lang w:val="it-IT"/>
        </w:rPr>
      </w:pPr>
      <w:r>
        <w:rPr>
          <w:lang w:val="it-IT"/>
        </w:rPr>
        <w:br w:type="page"/>
      </w:r>
    </w:p>
    <w:p w14:paraId="4B9FFCBF" w14:textId="4806AD2A" w:rsidR="00A56C28" w:rsidRPr="000C1931" w:rsidRDefault="00A56C28" w:rsidP="000C1931">
      <w:pPr>
        <w:numPr>
          <w:ilvl w:val="0"/>
          <w:numId w:val="11"/>
        </w:numPr>
        <w:spacing w:after="120"/>
        <w:ind w:left="714" w:hanging="357"/>
        <w:rPr>
          <w:lang w:val="it-IT"/>
        </w:rPr>
      </w:pPr>
      <w:r w:rsidRPr="000C1931">
        <w:rPr>
          <w:lang w:val="it-IT"/>
        </w:rPr>
        <w:lastRenderedPageBreak/>
        <w:t>Il preposto deve garantire il rispetto delle procedure di sicurezza anche nei confronti di:</w:t>
      </w:r>
    </w:p>
    <w:p w14:paraId="53AFF797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a) Solo i dipendenti diretti</w:t>
      </w:r>
    </w:p>
    <w:p w14:paraId="20BA2B48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b) Tutti i lavoratori presenti nell’ambito di sua responsabilità, compresi gli appaltatori</w:t>
      </w:r>
    </w:p>
    <w:p w14:paraId="211B3150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c) Solo gli stagionali</w:t>
      </w:r>
    </w:p>
    <w:p w14:paraId="2B3FA0D5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d) Solo i dirigenti</w:t>
      </w:r>
    </w:p>
    <w:p w14:paraId="1EE5F379" w14:textId="77777777" w:rsidR="00A56C28" w:rsidRPr="000C1931" w:rsidRDefault="00A56C28" w:rsidP="000C1931">
      <w:pPr>
        <w:numPr>
          <w:ilvl w:val="0"/>
          <w:numId w:val="11"/>
        </w:numPr>
        <w:spacing w:after="120"/>
        <w:ind w:left="714" w:hanging="357"/>
        <w:rPr>
          <w:lang w:val="it-IT"/>
        </w:rPr>
      </w:pPr>
      <w:r w:rsidRPr="000C1931">
        <w:rPr>
          <w:lang w:val="it-IT"/>
        </w:rPr>
        <w:t>Il preposto deve conoscere e saper utilizzare:</w:t>
      </w:r>
    </w:p>
    <w:p w14:paraId="76BA3681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a) Solo i DPI personali</w:t>
      </w:r>
    </w:p>
    <w:p w14:paraId="60C9F2FD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b) Tutti i dispositivi e procedure di sicurezza previsti</w:t>
      </w:r>
    </w:p>
    <w:p w14:paraId="3E7BC521" w14:textId="77777777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c) Solo le procedure antincendio</w:t>
      </w:r>
    </w:p>
    <w:p w14:paraId="2D464813" w14:textId="77777777" w:rsid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>d) Solo le procedure di primo soccorso</w:t>
      </w:r>
    </w:p>
    <w:p w14:paraId="7D4E9297" w14:textId="2A8624DE" w:rsidR="003B6066" w:rsidRDefault="003B6066" w:rsidP="000C1931">
      <w:pPr>
        <w:numPr>
          <w:ilvl w:val="0"/>
          <w:numId w:val="11"/>
        </w:numPr>
        <w:spacing w:after="120"/>
        <w:ind w:left="714" w:hanging="357"/>
        <w:rPr>
          <w:lang w:val="it-IT"/>
        </w:rPr>
      </w:pPr>
      <w:r>
        <w:rPr>
          <w:lang w:val="it-IT"/>
        </w:rPr>
        <w:t>Gli addetti alle emergenze appartengono:</w:t>
      </w:r>
    </w:p>
    <w:p w14:paraId="16021339" w14:textId="57BF2988" w:rsidR="003B6066" w:rsidRDefault="003B6066" w:rsidP="003B6066">
      <w:pPr>
        <w:numPr>
          <w:ilvl w:val="1"/>
          <w:numId w:val="11"/>
        </w:numPr>
        <w:spacing w:after="120"/>
        <w:rPr>
          <w:lang w:val="it-IT"/>
        </w:rPr>
      </w:pPr>
      <w:r>
        <w:rPr>
          <w:lang w:val="it-IT"/>
        </w:rPr>
        <w:t>a) Alla linea gestionale della sicurezza</w:t>
      </w:r>
    </w:p>
    <w:p w14:paraId="3935CF05" w14:textId="26C845A0" w:rsidR="003B6066" w:rsidRDefault="003B6066" w:rsidP="003B6066">
      <w:pPr>
        <w:numPr>
          <w:ilvl w:val="1"/>
          <w:numId w:val="11"/>
        </w:numPr>
        <w:spacing w:after="120"/>
        <w:rPr>
          <w:lang w:val="it-IT"/>
        </w:rPr>
      </w:pPr>
      <w:r>
        <w:rPr>
          <w:lang w:val="it-IT"/>
        </w:rPr>
        <w:t>b) Alla linea collaborativa della sicurezza</w:t>
      </w:r>
    </w:p>
    <w:p w14:paraId="3602C133" w14:textId="568B7C5E" w:rsidR="003B6066" w:rsidRDefault="003B6066" w:rsidP="003B6066">
      <w:pPr>
        <w:numPr>
          <w:ilvl w:val="1"/>
          <w:numId w:val="11"/>
        </w:numPr>
        <w:spacing w:after="120"/>
        <w:rPr>
          <w:lang w:val="it-IT"/>
        </w:rPr>
      </w:pPr>
      <w:r>
        <w:rPr>
          <w:lang w:val="it-IT"/>
        </w:rPr>
        <w:t>c) Alla linea consultiva della sicurezza</w:t>
      </w:r>
    </w:p>
    <w:p w14:paraId="6452586B" w14:textId="7148F001" w:rsidR="003B6066" w:rsidRDefault="003B6066" w:rsidP="003B6066">
      <w:pPr>
        <w:numPr>
          <w:ilvl w:val="1"/>
          <w:numId w:val="11"/>
        </w:numPr>
        <w:spacing w:after="120"/>
        <w:rPr>
          <w:lang w:val="it-IT"/>
        </w:rPr>
      </w:pPr>
      <w:proofErr w:type="gramStart"/>
      <w:r>
        <w:rPr>
          <w:lang w:val="it-IT"/>
        </w:rPr>
        <w:t>d )</w:t>
      </w:r>
      <w:proofErr w:type="gramEnd"/>
      <w:r>
        <w:rPr>
          <w:lang w:val="it-IT"/>
        </w:rPr>
        <w:t xml:space="preserve"> Alla linea operativa della sicurezza</w:t>
      </w:r>
    </w:p>
    <w:p w14:paraId="23B57FE8" w14:textId="5299AEDA" w:rsidR="003B6066" w:rsidRDefault="003B6066" w:rsidP="000C1931">
      <w:pPr>
        <w:numPr>
          <w:ilvl w:val="0"/>
          <w:numId w:val="11"/>
        </w:numPr>
        <w:spacing w:after="120"/>
        <w:ind w:left="714" w:hanging="357"/>
        <w:rPr>
          <w:lang w:val="it-IT"/>
        </w:rPr>
      </w:pPr>
      <w:r>
        <w:rPr>
          <w:lang w:val="it-IT"/>
        </w:rPr>
        <w:t>Il Dirigente:</w:t>
      </w:r>
    </w:p>
    <w:p w14:paraId="6E26E76F" w14:textId="7989C072" w:rsidR="003B6066" w:rsidRDefault="003B6066" w:rsidP="003B6066">
      <w:pPr>
        <w:numPr>
          <w:ilvl w:val="1"/>
          <w:numId w:val="11"/>
        </w:numPr>
        <w:spacing w:after="120"/>
        <w:rPr>
          <w:lang w:val="it-IT"/>
        </w:rPr>
      </w:pPr>
      <w:r>
        <w:rPr>
          <w:lang w:val="it-IT"/>
        </w:rPr>
        <w:t>a) Segnala al DL</w:t>
      </w:r>
    </w:p>
    <w:p w14:paraId="65898A01" w14:textId="7F668377" w:rsidR="003B6066" w:rsidRDefault="003B6066" w:rsidP="003B6066">
      <w:pPr>
        <w:numPr>
          <w:ilvl w:val="1"/>
          <w:numId w:val="11"/>
        </w:numPr>
        <w:spacing w:after="120"/>
        <w:rPr>
          <w:lang w:val="it-IT"/>
        </w:rPr>
      </w:pPr>
      <w:r>
        <w:rPr>
          <w:lang w:val="it-IT"/>
        </w:rPr>
        <w:t>b) Segnala al Preposto</w:t>
      </w:r>
    </w:p>
    <w:p w14:paraId="68802BCA" w14:textId="0F0528C7" w:rsidR="003B6066" w:rsidRDefault="003B6066" w:rsidP="003B6066">
      <w:pPr>
        <w:numPr>
          <w:ilvl w:val="1"/>
          <w:numId w:val="11"/>
        </w:numPr>
        <w:spacing w:after="120"/>
        <w:rPr>
          <w:lang w:val="it-IT"/>
        </w:rPr>
      </w:pPr>
      <w:r>
        <w:rPr>
          <w:lang w:val="it-IT"/>
        </w:rPr>
        <w:t>c) Segnala al Lavoratore</w:t>
      </w:r>
    </w:p>
    <w:p w14:paraId="60C53F4C" w14:textId="3DD25100" w:rsidR="003B6066" w:rsidRPr="003B6066" w:rsidRDefault="003B6066" w:rsidP="003B6066">
      <w:pPr>
        <w:numPr>
          <w:ilvl w:val="1"/>
          <w:numId w:val="11"/>
        </w:numPr>
        <w:spacing w:after="120"/>
        <w:rPr>
          <w:lang w:val="it-IT"/>
        </w:rPr>
      </w:pPr>
      <w:proofErr w:type="gramStart"/>
      <w:r>
        <w:rPr>
          <w:lang w:val="it-IT"/>
        </w:rPr>
        <w:t>d )</w:t>
      </w:r>
      <w:proofErr w:type="gramEnd"/>
      <w:r>
        <w:rPr>
          <w:lang w:val="it-IT"/>
        </w:rPr>
        <w:t xml:space="preserve"> Coordina, sorveglia e richiama il RSPP</w:t>
      </w:r>
    </w:p>
    <w:p w14:paraId="40632E54" w14:textId="05E7ABC6" w:rsidR="00A56C28" w:rsidRPr="00A56C28" w:rsidRDefault="00C23BE1" w:rsidP="000C1931">
      <w:pPr>
        <w:numPr>
          <w:ilvl w:val="0"/>
          <w:numId w:val="11"/>
        </w:numPr>
        <w:spacing w:after="120"/>
        <w:ind w:left="714" w:hanging="357"/>
        <w:rPr>
          <w:lang w:val="it-IT"/>
        </w:rPr>
      </w:pPr>
      <w:r>
        <w:rPr>
          <w:lang w:val="it-IT"/>
        </w:rPr>
        <w:t xml:space="preserve">Il </w:t>
      </w:r>
      <w:proofErr w:type="spellStart"/>
      <w:r>
        <w:rPr>
          <w:lang w:val="it-IT"/>
        </w:rPr>
        <w:t>near</w:t>
      </w:r>
      <w:proofErr w:type="spellEnd"/>
      <w:r>
        <w:rPr>
          <w:lang w:val="it-IT"/>
        </w:rPr>
        <w:t xml:space="preserve"> miss è</w:t>
      </w:r>
      <w:r w:rsidR="00A56C28" w:rsidRPr="00A56C28">
        <w:rPr>
          <w:lang w:val="it-IT"/>
        </w:rPr>
        <w:t>?</w:t>
      </w:r>
    </w:p>
    <w:p w14:paraId="37F51F89" w14:textId="39A2B462" w:rsidR="00A56C28" w:rsidRPr="00A56C28" w:rsidRDefault="00A56C28" w:rsidP="000C1931">
      <w:pPr>
        <w:numPr>
          <w:ilvl w:val="1"/>
          <w:numId w:val="11"/>
        </w:numPr>
        <w:jc w:val="both"/>
        <w:rPr>
          <w:lang w:val="it-IT"/>
        </w:rPr>
      </w:pPr>
      <w:r w:rsidRPr="00A56C28">
        <w:rPr>
          <w:lang w:val="it-IT"/>
        </w:rPr>
        <w:t xml:space="preserve">a) </w:t>
      </w:r>
      <w:r w:rsidR="00C23BE1" w:rsidRPr="0034701E">
        <w:rPr>
          <w:lang w:val="it-IT"/>
        </w:rPr>
        <w:t xml:space="preserve">un qualsiasi evento, correlato </w:t>
      </w:r>
      <w:proofErr w:type="gramStart"/>
      <w:r w:rsidR="00C23BE1" w:rsidRPr="0034701E">
        <w:rPr>
          <w:lang w:val="it-IT"/>
        </w:rPr>
        <w:t>al  lavoro</w:t>
      </w:r>
      <w:proofErr w:type="gramEnd"/>
      <w:r w:rsidR="00C23BE1" w:rsidRPr="0034701E">
        <w:rPr>
          <w:lang w:val="it-IT"/>
        </w:rPr>
        <w:t xml:space="preserve">, che avrebbe potuto causare un danno alla salute e, </w:t>
      </w:r>
      <w:proofErr w:type="gramStart"/>
      <w:r w:rsidR="00C23BE1" w:rsidRPr="0034701E">
        <w:rPr>
          <w:lang w:val="it-IT"/>
        </w:rPr>
        <w:t>per  qualche</w:t>
      </w:r>
      <w:proofErr w:type="gramEnd"/>
      <w:r w:rsidR="00C23BE1" w:rsidRPr="0034701E">
        <w:rPr>
          <w:lang w:val="it-IT"/>
        </w:rPr>
        <w:t xml:space="preserve"> motivo da indagare, non lo ha fatto</w:t>
      </w:r>
    </w:p>
    <w:p w14:paraId="51C7AE80" w14:textId="5AE53863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b) </w:t>
      </w:r>
      <w:r w:rsidR="00C23BE1">
        <w:rPr>
          <w:lang w:val="it-IT"/>
        </w:rPr>
        <w:t>un infortunio con più di tre giorni</w:t>
      </w:r>
    </w:p>
    <w:p w14:paraId="747E3545" w14:textId="291A363F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c) </w:t>
      </w:r>
      <w:r w:rsidR="00C23BE1">
        <w:rPr>
          <w:lang w:val="it-IT"/>
        </w:rPr>
        <w:t>un infortunio con meno di 10 giorni</w:t>
      </w:r>
    </w:p>
    <w:p w14:paraId="28CE90ED" w14:textId="22570404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d) </w:t>
      </w:r>
      <w:r w:rsidR="00C23BE1">
        <w:rPr>
          <w:lang w:val="it-IT"/>
        </w:rPr>
        <w:t>un</w:t>
      </w:r>
      <w:r w:rsidR="000C1931">
        <w:rPr>
          <w:lang w:val="it-IT"/>
        </w:rPr>
        <w:t>a</w:t>
      </w:r>
      <w:r w:rsidR="00C23BE1">
        <w:rPr>
          <w:lang w:val="it-IT"/>
        </w:rPr>
        <w:t xml:space="preserve"> malattia professionale basso invalidante</w:t>
      </w:r>
    </w:p>
    <w:p w14:paraId="5150E404" w14:textId="77777777" w:rsidR="008C6ECF" w:rsidRDefault="008C6ECF">
      <w:pPr>
        <w:rPr>
          <w:lang w:val="it-IT"/>
        </w:rPr>
      </w:pPr>
      <w:r>
        <w:rPr>
          <w:lang w:val="it-IT"/>
        </w:rPr>
        <w:br w:type="page"/>
      </w:r>
    </w:p>
    <w:p w14:paraId="179AAD7D" w14:textId="5D20E07C" w:rsidR="00A56C28" w:rsidRPr="00A56C28" w:rsidRDefault="00C23BE1" w:rsidP="000C1931">
      <w:pPr>
        <w:numPr>
          <w:ilvl w:val="0"/>
          <w:numId w:val="11"/>
        </w:numPr>
        <w:spacing w:after="120"/>
        <w:ind w:left="714" w:hanging="357"/>
        <w:rPr>
          <w:lang w:val="it-IT"/>
        </w:rPr>
      </w:pPr>
      <w:r>
        <w:rPr>
          <w:lang w:val="it-IT"/>
        </w:rPr>
        <w:lastRenderedPageBreak/>
        <w:t xml:space="preserve">L’analisi dei </w:t>
      </w:r>
      <w:proofErr w:type="spellStart"/>
      <w:r>
        <w:rPr>
          <w:lang w:val="it-IT"/>
        </w:rPr>
        <w:t>near</w:t>
      </w:r>
      <w:proofErr w:type="spellEnd"/>
      <w:r>
        <w:rPr>
          <w:lang w:val="it-IT"/>
        </w:rPr>
        <w:t xml:space="preserve"> miss</w:t>
      </w:r>
      <w:r w:rsidR="00A56C28" w:rsidRPr="00A56C28">
        <w:rPr>
          <w:lang w:val="it-IT"/>
        </w:rPr>
        <w:t>?</w:t>
      </w:r>
    </w:p>
    <w:p w14:paraId="23FE62A3" w14:textId="5C716696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a) </w:t>
      </w:r>
      <w:r w:rsidR="00C23BE1">
        <w:rPr>
          <w:lang w:val="it-IT"/>
        </w:rPr>
        <w:t>Serve solo a creare una ulteriore statistica a riguardo degli infortuni</w:t>
      </w:r>
    </w:p>
    <w:p w14:paraId="711AD2F7" w14:textId="4A25342A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b) </w:t>
      </w:r>
      <w:r w:rsidR="00C23BE1">
        <w:rPr>
          <w:lang w:val="it-IT"/>
        </w:rPr>
        <w:t xml:space="preserve">Serve solo a creare una </w:t>
      </w:r>
      <w:r w:rsidR="000C1931">
        <w:rPr>
          <w:lang w:val="it-IT"/>
        </w:rPr>
        <w:t>ulteriore tabella da registrare da parte del MC</w:t>
      </w:r>
    </w:p>
    <w:p w14:paraId="2D1C4013" w14:textId="0473926F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c) </w:t>
      </w:r>
      <w:r w:rsidR="000C1931">
        <w:rPr>
          <w:lang w:val="it-IT"/>
        </w:rPr>
        <w:t>Serve solo al RLS per i resoconti sindacali</w:t>
      </w:r>
    </w:p>
    <w:p w14:paraId="2FD2D393" w14:textId="286C80A0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d) </w:t>
      </w:r>
      <w:proofErr w:type="gramStart"/>
      <w:r w:rsidR="000C1931">
        <w:rPr>
          <w:lang w:val="it-IT"/>
        </w:rPr>
        <w:t>E’</w:t>
      </w:r>
      <w:proofErr w:type="gramEnd"/>
      <w:r w:rsidR="000C1931">
        <w:rPr>
          <w:lang w:val="it-IT"/>
        </w:rPr>
        <w:t xml:space="preserve"> uno strumento fondamentale atto a prevenire l’insorgere di infortuni più gravi</w:t>
      </w:r>
    </w:p>
    <w:p w14:paraId="460B6A7F" w14:textId="5FFDB008" w:rsidR="00A56C28" w:rsidRPr="00A56C28" w:rsidRDefault="000C1931" w:rsidP="000C1931">
      <w:pPr>
        <w:numPr>
          <w:ilvl w:val="0"/>
          <w:numId w:val="11"/>
        </w:numPr>
        <w:spacing w:after="120"/>
        <w:ind w:left="714" w:hanging="357"/>
        <w:rPr>
          <w:lang w:val="it-IT"/>
        </w:rPr>
      </w:pPr>
      <w:r>
        <w:rPr>
          <w:lang w:val="it-IT"/>
        </w:rPr>
        <w:t xml:space="preserve">Quale figura della sicurezza ha la maggior probabilità di rilevare </w:t>
      </w:r>
      <w:proofErr w:type="spellStart"/>
      <w:r>
        <w:rPr>
          <w:lang w:val="it-IT"/>
        </w:rPr>
        <w:t>near</w:t>
      </w:r>
      <w:proofErr w:type="spellEnd"/>
      <w:r>
        <w:rPr>
          <w:lang w:val="it-IT"/>
        </w:rPr>
        <w:t xml:space="preserve"> miss?</w:t>
      </w:r>
    </w:p>
    <w:p w14:paraId="3F01578A" w14:textId="0B60DA2B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a) </w:t>
      </w:r>
      <w:r w:rsidR="000C1931">
        <w:rPr>
          <w:lang w:val="it-IT"/>
        </w:rPr>
        <w:t>RLS</w:t>
      </w:r>
    </w:p>
    <w:p w14:paraId="318814F6" w14:textId="24D1CF1A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b) </w:t>
      </w:r>
      <w:r w:rsidR="000C1931">
        <w:rPr>
          <w:lang w:val="it-IT"/>
        </w:rPr>
        <w:t>RSPP</w:t>
      </w:r>
    </w:p>
    <w:p w14:paraId="4C98F450" w14:textId="21F31B92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c) </w:t>
      </w:r>
      <w:r w:rsidR="000C1931">
        <w:rPr>
          <w:lang w:val="it-IT"/>
        </w:rPr>
        <w:t>Preposto</w:t>
      </w:r>
    </w:p>
    <w:p w14:paraId="22E17DD3" w14:textId="2C0C4635" w:rsidR="00A56C28" w:rsidRPr="00A56C28" w:rsidRDefault="00A56C28" w:rsidP="00A56C28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d) </w:t>
      </w:r>
      <w:r w:rsidR="000C1931">
        <w:rPr>
          <w:lang w:val="it-IT"/>
        </w:rPr>
        <w:t>Datore di Lavoro</w:t>
      </w:r>
    </w:p>
    <w:p w14:paraId="49CFDFE2" w14:textId="20A22B88" w:rsidR="000C1931" w:rsidRPr="00A56C28" w:rsidRDefault="000C1931" w:rsidP="000C1931">
      <w:pPr>
        <w:numPr>
          <w:ilvl w:val="0"/>
          <w:numId w:val="11"/>
        </w:numPr>
        <w:spacing w:after="120"/>
        <w:ind w:left="714" w:hanging="357"/>
        <w:rPr>
          <w:lang w:val="it-IT"/>
        </w:rPr>
      </w:pPr>
      <w:r>
        <w:rPr>
          <w:lang w:val="it-IT"/>
        </w:rPr>
        <w:t>Nel suo obbligo di vigilanza, il preposto:</w:t>
      </w:r>
    </w:p>
    <w:p w14:paraId="46CCAD87" w14:textId="00CF8F7F" w:rsidR="000C1931" w:rsidRPr="00A56C28" w:rsidRDefault="000C1931" w:rsidP="000C1931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a) </w:t>
      </w:r>
      <w:r>
        <w:rPr>
          <w:lang w:val="it-IT"/>
        </w:rPr>
        <w:t>Controlla e richiama il RSPP</w:t>
      </w:r>
    </w:p>
    <w:p w14:paraId="3529F85F" w14:textId="200EDB2B" w:rsidR="000C1931" w:rsidRPr="00A56C28" w:rsidRDefault="000C1931" w:rsidP="000C1931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b) </w:t>
      </w:r>
      <w:r>
        <w:rPr>
          <w:lang w:val="it-IT"/>
        </w:rPr>
        <w:t>Controlla e richiama il Medico Competente</w:t>
      </w:r>
    </w:p>
    <w:p w14:paraId="262A36AB" w14:textId="6C54A03B" w:rsidR="000C1931" w:rsidRPr="00A56C28" w:rsidRDefault="000C1931" w:rsidP="000C1931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c) </w:t>
      </w:r>
      <w:r>
        <w:rPr>
          <w:lang w:val="it-IT"/>
        </w:rPr>
        <w:t>Controlla e richiama il Lavoratore</w:t>
      </w:r>
    </w:p>
    <w:p w14:paraId="3C801603" w14:textId="51D0E2F1" w:rsidR="000C1931" w:rsidRPr="00A56C28" w:rsidRDefault="000C1931" w:rsidP="000C1931">
      <w:pPr>
        <w:numPr>
          <w:ilvl w:val="1"/>
          <w:numId w:val="11"/>
        </w:numPr>
        <w:rPr>
          <w:lang w:val="it-IT"/>
        </w:rPr>
      </w:pPr>
      <w:r w:rsidRPr="00A56C28">
        <w:rPr>
          <w:lang w:val="it-IT"/>
        </w:rPr>
        <w:t xml:space="preserve">d) </w:t>
      </w:r>
      <w:r>
        <w:rPr>
          <w:lang w:val="it-IT"/>
        </w:rPr>
        <w:t>Controlla e richiama il Datore di Lavoro</w:t>
      </w:r>
    </w:p>
    <w:p w14:paraId="271CB9E3" w14:textId="77777777" w:rsidR="000C1931" w:rsidRDefault="000C1931" w:rsidP="00A56C28">
      <w:pPr>
        <w:rPr>
          <w:lang w:val="it-IT"/>
        </w:rPr>
      </w:pPr>
    </w:p>
    <w:p w14:paraId="3FA4DC8C" w14:textId="5366BAE5" w:rsidR="00A56C28" w:rsidRDefault="00000000" w:rsidP="00A56C28">
      <w:pPr>
        <w:rPr>
          <w:lang w:val="it-IT"/>
        </w:rPr>
      </w:pPr>
      <w:r>
        <w:rPr>
          <w:lang w:val="it-IT"/>
        </w:rPr>
        <w:pict w14:anchorId="3CFCB79C">
          <v:rect id="_x0000_i1025" style="width:0;height:1.5pt" o:hralign="center" o:hrstd="t" o:hr="t" fillcolor="#a0a0a0" stroked="f"/>
        </w:pict>
      </w:r>
    </w:p>
    <w:p w14:paraId="7C082786" w14:textId="77777777" w:rsidR="004E1CC1" w:rsidRDefault="004E1CC1" w:rsidP="00A56C28">
      <w:pPr>
        <w:rPr>
          <w:lang w:val="it-IT"/>
        </w:rPr>
      </w:pPr>
    </w:p>
    <w:p w14:paraId="5FBB6E81" w14:textId="77777777" w:rsidR="004E1CC1" w:rsidRDefault="004E1CC1" w:rsidP="00A56C28">
      <w:pPr>
        <w:rPr>
          <w:lang w:val="it-IT"/>
        </w:rPr>
      </w:pPr>
    </w:p>
    <w:p w14:paraId="5B9861B4" w14:textId="77777777" w:rsidR="004E1CC1" w:rsidRPr="00A56C28" w:rsidRDefault="004E1CC1" w:rsidP="00A56C28">
      <w:pPr>
        <w:rPr>
          <w:lang w:val="it-IT"/>
        </w:rPr>
      </w:pPr>
    </w:p>
    <w:p w14:paraId="7E12AA75" w14:textId="41E05DBC" w:rsidR="00DD7550" w:rsidRDefault="002B6A3F" w:rsidP="001A63C0">
      <w:r>
        <w:t xml:space="preserve">                                                                                                             </w:t>
      </w:r>
      <w:proofErr w:type="spellStart"/>
      <w:r>
        <w:t>Firma</w:t>
      </w:r>
      <w:proofErr w:type="spellEnd"/>
      <w:r>
        <w:t xml:space="preserve"> </w:t>
      </w:r>
      <w:proofErr w:type="spellStart"/>
      <w:r>
        <w:t>Discent</w:t>
      </w:r>
      <w:r w:rsidR="00C04CC8">
        <w:t>e</w:t>
      </w:r>
      <w:proofErr w:type="spellEnd"/>
    </w:p>
    <w:p w14:paraId="31C00F09" w14:textId="77777777" w:rsidR="002B6A3F" w:rsidRDefault="002B6A3F" w:rsidP="001A63C0"/>
    <w:p w14:paraId="14B3487B" w14:textId="7CF9D4C2" w:rsidR="002B6A3F" w:rsidRPr="001A63C0" w:rsidRDefault="002B6A3F" w:rsidP="001A63C0">
      <w:r>
        <w:t xml:space="preserve">                                                                              _________________________________________________________</w:t>
      </w:r>
    </w:p>
    <w:sectPr w:rsidR="002B6A3F" w:rsidRPr="001A63C0" w:rsidSect="00C04CC8">
      <w:headerReference w:type="default" r:id="rId8"/>
      <w:pgSz w:w="12240" w:h="15840"/>
      <w:pgMar w:top="1440" w:right="1800" w:bottom="851" w:left="180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62E0" w14:textId="77777777" w:rsidR="0007599D" w:rsidRDefault="0007599D" w:rsidP="00F67438">
      <w:pPr>
        <w:spacing w:after="0" w:line="240" w:lineRule="auto"/>
      </w:pPr>
      <w:r>
        <w:separator/>
      </w:r>
    </w:p>
  </w:endnote>
  <w:endnote w:type="continuationSeparator" w:id="0">
    <w:p w14:paraId="7ACE1AB3" w14:textId="77777777" w:rsidR="0007599D" w:rsidRDefault="0007599D" w:rsidP="00F6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18B49" w14:textId="77777777" w:rsidR="0007599D" w:rsidRDefault="0007599D" w:rsidP="00F67438">
      <w:pPr>
        <w:spacing w:after="0" w:line="240" w:lineRule="auto"/>
      </w:pPr>
      <w:r>
        <w:separator/>
      </w:r>
    </w:p>
  </w:footnote>
  <w:footnote w:type="continuationSeparator" w:id="0">
    <w:p w14:paraId="54C937D5" w14:textId="77777777" w:rsidR="0007599D" w:rsidRDefault="0007599D" w:rsidP="00F6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7184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ook w:val="04A0" w:firstRow="1" w:lastRow="0" w:firstColumn="1" w:lastColumn="0" w:noHBand="0" w:noVBand="1"/>
    </w:tblPr>
    <w:tblGrid>
      <w:gridCol w:w="5288"/>
      <w:gridCol w:w="1896"/>
    </w:tblGrid>
    <w:tr w:rsidR="00C04CC8" w14:paraId="0E7DD458" w14:textId="77777777" w:rsidTr="00C04CC8">
      <w:trPr>
        <w:trHeight w:val="545"/>
        <w:jc w:val="center"/>
      </w:trPr>
      <w:tc>
        <w:tcPr>
          <w:tcW w:w="5288" w:type="dxa"/>
          <w:vAlign w:val="center"/>
        </w:tcPr>
        <w:p w14:paraId="1E1A2882" w14:textId="1007EFC4" w:rsidR="00C04CC8" w:rsidRPr="00F67438" w:rsidRDefault="00C04CC8" w:rsidP="00F67438">
          <w:pPr>
            <w:pStyle w:val="Intestazione"/>
            <w:jc w:val="center"/>
            <w:rPr>
              <w:rFonts w:ascii="Times New Roman" w:hAnsi="Times New Roman" w:cs="Times New Roman"/>
              <w:b/>
              <w:bCs/>
              <w:smallCaps/>
              <w:sz w:val="24"/>
              <w:szCs w:val="24"/>
              <w:lang w:val="it-IT"/>
            </w:rPr>
          </w:pPr>
          <w:r>
            <w:rPr>
              <w:rFonts w:ascii="Times New Roman" w:hAnsi="Times New Roman" w:cs="Times New Roman"/>
              <w:b/>
              <w:bCs/>
              <w:smallCaps/>
              <w:sz w:val="24"/>
              <w:szCs w:val="24"/>
              <w:lang w:val="it-IT"/>
            </w:rPr>
            <w:t>Documento</w:t>
          </w:r>
          <w:r w:rsidRPr="00F67438">
            <w:rPr>
              <w:rFonts w:ascii="Times New Roman" w:hAnsi="Times New Roman" w:cs="Times New Roman"/>
              <w:b/>
              <w:bCs/>
              <w:smallCaps/>
              <w:sz w:val="24"/>
              <w:szCs w:val="24"/>
              <w:lang w:val="it-IT"/>
            </w:rPr>
            <w:t xml:space="preserve"> del Sistema di Gestione </w:t>
          </w:r>
        </w:p>
      </w:tc>
      <w:tc>
        <w:tcPr>
          <w:tcW w:w="1896" w:type="dxa"/>
          <w:vMerge w:val="restart"/>
          <w:vAlign w:val="center"/>
        </w:tcPr>
        <w:p w14:paraId="09CEA5C3" w14:textId="77777777" w:rsidR="00C04CC8" w:rsidRPr="00C556B5" w:rsidRDefault="00C04CC8" w:rsidP="00F67438">
          <w:pPr>
            <w:pStyle w:val="Intestazione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556B5">
            <w:rPr>
              <w:rFonts w:ascii="Times New Roman" w:hAnsi="Times New Roman" w:cs="Times New Roman"/>
              <w:b/>
              <w:bCs/>
              <w:sz w:val="24"/>
              <w:szCs w:val="24"/>
            </w:rPr>
            <w:t>Ed.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1</w:t>
          </w:r>
          <w:r w:rsidRPr="00C556B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Rev. 0 </w:t>
          </w:r>
          <w:r w:rsidRPr="00C556B5">
            <w:rPr>
              <w:rFonts w:ascii="Times New Roman" w:hAnsi="Times New Roman" w:cs="Times New Roman"/>
              <w:b/>
              <w:bCs/>
              <w:sz w:val="24"/>
              <w:szCs w:val="24"/>
            </w:rPr>
            <w:t>del</w:t>
          </w:r>
        </w:p>
        <w:p w14:paraId="57B9D06D" w14:textId="77777777" w:rsidR="00C04CC8" w:rsidRPr="00C556B5" w:rsidRDefault="00C04CC8" w:rsidP="00F67438">
          <w:pPr>
            <w:pStyle w:val="Intestazione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06/06/2025</w:t>
          </w:r>
        </w:p>
      </w:tc>
    </w:tr>
    <w:tr w:rsidR="00C04CC8" w:rsidRPr="002B6A3F" w14:paraId="6C4E6115" w14:textId="77777777" w:rsidTr="00C04CC8">
      <w:trPr>
        <w:trHeight w:val="545"/>
        <w:jc w:val="center"/>
      </w:trPr>
      <w:tc>
        <w:tcPr>
          <w:tcW w:w="5288" w:type="dxa"/>
          <w:vAlign w:val="center"/>
        </w:tcPr>
        <w:p w14:paraId="4032F34F" w14:textId="1F80EFE3" w:rsidR="00C04CC8" w:rsidRPr="00A56C28" w:rsidRDefault="00C04CC8" w:rsidP="00F67438">
          <w:pPr>
            <w:pStyle w:val="Intestazione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val="it-IT"/>
            </w:rPr>
          </w:pPr>
          <w:r w:rsidRPr="00A56C28">
            <w:rPr>
              <w:rFonts w:ascii="Times New Roman" w:hAnsi="Times New Roman" w:cs="Times New Roman"/>
              <w:b/>
              <w:bCs/>
              <w:sz w:val="24"/>
              <w:szCs w:val="24"/>
              <w:lang w:val="it-IT"/>
            </w:rPr>
            <w:t xml:space="preserve">Test </w:t>
          </w:r>
          <w:r w:rsidR="00C23BE1">
            <w:rPr>
              <w:rFonts w:ascii="Times New Roman" w:hAnsi="Times New Roman" w:cs="Times New Roman"/>
              <w:b/>
              <w:bCs/>
              <w:sz w:val="24"/>
              <w:szCs w:val="24"/>
              <w:lang w:val="it-IT"/>
            </w:rPr>
            <w:t xml:space="preserve">Aggiornamento Lavoratori 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it-IT"/>
            </w:rPr>
            <w:t>(</w:t>
          </w:r>
          <w:r w:rsidR="00C23BE1">
            <w:rPr>
              <w:rFonts w:ascii="Times New Roman" w:hAnsi="Times New Roman" w:cs="Times New Roman"/>
              <w:b/>
              <w:bCs/>
              <w:sz w:val="24"/>
              <w:szCs w:val="24"/>
              <w:lang w:val="it-IT"/>
            </w:rPr>
            <w:t>6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it-IT"/>
            </w:rPr>
            <w:t xml:space="preserve"> ore)</w:t>
          </w:r>
        </w:p>
      </w:tc>
      <w:tc>
        <w:tcPr>
          <w:tcW w:w="1896" w:type="dxa"/>
          <w:vMerge/>
        </w:tcPr>
        <w:p w14:paraId="7DACE15B" w14:textId="77777777" w:rsidR="00C04CC8" w:rsidRPr="00A56C28" w:rsidRDefault="00C04CC8" w:rsidP="00F67438">
          <w:pPr>
            <w:pStyle w:val="Intestazione"/>
            <w:rPr>
              <w:lang w:val="it-IT"/>
            </w:rPr>
          </w:pPr>
        </w:p>
      </w:tc>
    </w:tr>
  </w:tbl>
  <w:p w14:paraId="22FB5982" w14:textId="57E17F88" w:rsidR="00F67438" w:rsidRPr="00C04CC8" w:rsidRDefault="00F67438" w:rsidP="00C04CC8">
    <w:pPr>
      <w:pStyle w:val="Intestazione"/>
      <w:rPr>
        <w:sz w:val="4"/>
        <w:szCs w:val="4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E626C1"/>
    <w:multiLevelType w:val="multilevel"/>
    <w:tmpl w:val="F4642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4E3B28"/>
    <w:multiLevelType w:val="multilevel"/>
    <w:tmpl w:val="7042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201667">
    <w:abstractNumId w:val="8"/>
  </w:num>
  <w:num w:numId="2" w16cid:durableId="125510269">
    <w:abstractNumId w:val="6"/>
  </w:num>
  <w:num w:numId="3" w16cid:durableId="920336849">
    <w:abstractNumId w:val="5"/>
  </w:num>
  <w:num w:numId="4" w16cid:durableId="2095280030">
    <w:abstractNumId w:val="4"/>
  </w:num>
  <w:num w:numId="5" w16cid:durableId="847524092">
    <w:abstractNumId w:val="7"/>
  </w:num>
  <w:num w:numId="6" w16cid:durableId="1230843404">
    <w:abstractNumId w:val="3"/>
  </w:num>
  <w:num w:numId="7" w16cid:durableId="983700167">
    <w:abstractNumId w:val="2"/>
  </w:num>
  <w:num w:numId="8" w16cid:durableId="1120029288">
    <w:abstractNumId w:val="1"/>
  </w:num>
  <w:num w:numId="9" w16cid:durableId="473497643">
    <w:abstractNumId w:val="0"/>
  </w:num>
  <w:num w:numId="10" w16cid:durableId="2064518258">
    <w:abstractNumId w:val="10"/>
  </w:num>
  <w:num w:numId="11" w16cid:durableId="11499088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9A2"/>
    <w:rsid w:val="0006063C"/>
    <w:rsid w:val="0007599D"/>
    <w:rsid w:val="000C1931"/>
    <w:rsid w:val="00146222"/>
    <w:rsid w:val="0015074B"/>
    <w:rsid w:val="001A63C0"/>
    <w:rsid w:val="0029639D"/>
    <w:rsid w:val="002B6A3F"/>
    <w:rsid w:val="002D6A48"/>
    <w:rsid w:val="003175AE"/>
    <w:rsid w:val="00326F90"/>
    <w:rsid w:val="0034701E"/>
    <w:rsid w:val="003B6066"/>
    <w:rsid w:val="00424C71"/>
    <w:rsid w:val="0048324B"/>
    <w:rsid w:val="004E1CC1"/>
    <w:rsid w:val="00591B49"/>
    <w:rsid w:val="0061255E"/>
    <w:rsid w:val="007A011E"/>
    <w:rsid w:val="007A7EE0"/>
    <w:rsid w:val="007C4B69"/>
    <w:rsid w:val="008C6ECF"/>
    <w:rsid w:val="00A56C28"/>
    <w:rsid w:val="00AA1D8D"/>
    <w:rsid w:val="00B47730"/>
    <w:rsid w:val="00C04CC8"/>
    <w:rsid w:val="00C11754"/>
    <w:rsid w:val="00C23BE1"/>
    <w:rsid w:val="00C776FF"/>
    <w:rsid w:val="00CB0664"/>
    <w:rsid w:val="00D16478"/>
    <w:rsid w:val="00DD7550"/>
    <w:rsid w:val="00EB16C5"/>
    <w:rsid w:val="00EC7392"/>
    <w:rsid w:val="00F67438"/>
    <w:rsid w:val="00FC693F"/>
    <w:rsid w:val="00FF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FD3838"/>
  <w14:defaultImageDpi w14:val="300"/>
  <w15:docId w15:val="{F954D261-11B1-4A4F-ACA2-E450F9B9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Daniela Saraceno</cp:lastModifiedBy>
  <cp:revision>2</cp:revision>
  <dcterms:created xsi:type="dcterms:W3CDTF">2026-09-21T13:36:00Z</dcterms:created>
  <dcterms:modified xsi:type="dcterms:W3CDTF">2026-09-21T13:36:00Z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f24d0b65-a2f2-4e5a-abf9-1fa3a230b197</vt:lpwstr>
  </property>
</Properties>
</file>